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להכין שאלות לראיון עם בן או בת משפחה מבוגרים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למורשת ולזהות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וסיכום של 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סבא, סבתא או מבוגר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בכל שפה, ואפשר לתרגם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מדגיש שלכל משפחה הסיפור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לראיין גם הורה או מבוגר קרוב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לתרגם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שאלות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(מקור ומסע)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(מורשת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(מנהגים וחגים)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(חלומות וזיכרונות אישיים)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את מי מראיינים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את השאלות ולהקריא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לתשובות ואולי לתרגם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לחשוב מה הפתיע אותי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מתאר/ת פרט אמיתי מהראיון, שם המקום שממנו הגיעה המשפחה או מנהג שעובר בה, ומסביר/ה מדוע הפרט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ואמיתית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שיהיה קשר למושג מורשת או 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לתחושת הפתעה או גילוי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להביא את הראיון כתוב מהבית ולעבוד איתו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רק מרצון, בלי ללחוץ על תלמידים שלא נוח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הפעילות לחג הסיגד ולשיחה על שורשים וזהות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מכינים ראיון עם סבא, סבתא או מבוגר קרוב, כדי ללמוד על המסע של המשפחה ועל מנהגים שעוברים מדור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לתרגם  ·  בית  ·  הסיפור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את מי מציעים לראיין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חבר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סבא, סבתא או מבוגר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שפה אפשר לקיים את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בכל שפה, ואפשר לתרגם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משפחה יכולה לספר סיפור שונה, וזה בסדר.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חובה לראיין דווקא את הסבא או הסבתא ולא אף אחד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משפחה ו__________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מותר לבחור מה לשתף ומה להשאיר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אפשר לראיין בכל שפה ו__________ יחד.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שאלות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מאיפה הגיעה המשפחה שלנו?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חלומות וזיכרונות אישיים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איזה חפץ או מתכון עובר במשפחה?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מנהגים וחגים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איזה חג היה חשוב בבית שגדלת בו?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מורשת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על מה חלמת כשהיית בגילי?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מקור ומסע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להקשיב לתשובות ואולי לתרגם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מה הפתיע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את השאלות ולהקריא אותן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את מי מראיינים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סכמו בכמה משפטים את מה שלמדתם מהראיון עם בן או בת המשפחה שראיינתם, וכתבו פרט אחד שהייתם רוצים לשתף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שם מבוגר אחד שראיינתי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מנהג אחד שעובר במשפחתי מדור לדור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