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להכין שאלות לראיון עם בן או בת משפחה מבוגרים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למורשת ולזהות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וסיכום של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סבא, סבתא או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בכל שפה, ואפשר לתרגם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מותר לבחור מה לשתף ומה להשאיר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חושבים מה הפתיע ומה לשתף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מדגיש שלכל משפחה הסיפור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לראיין גם הורה או מבוגר קרוב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לראיין בכל שפה ולתרגם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אחת השאלות היא מה רוצים שיזכרו ויעבירו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לתרגם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שאלות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(מקור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(מורשת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(מנהגים וחגים)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(חלומות וזיכרונות אישיים)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(קשיים ותמיכה)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(שפה וזהות)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את מי מראיינים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את השאלות ולהקריא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לתשובות ואולי לתרגם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לחשוב מה הפתיע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פרט אחד לשתף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פרט אמיתי מהראיון, שם המקום שממנו הגיעה המשפחה או מנהג שעובר בה, ומסביר/ה מדוע הפרט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בוחר/ת שאלה ומסביר/ה בקצרה מה אפשר ללמוד ממנה על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ואמיתית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שיהיה קשר למושג מורשת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לתחושת הפתעה או 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להביא את הראיון כתוב מהבית ולעבוד איתו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רק מרצון, בלי ללחוץ על תלמידים שלא נוח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הפעילות לחג הסיגד ולשיחה על שורשים וזהות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שואלים מבוגר במשפחה שאלות. השאלות עוזרות להכיר את הסיפור של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מהורים לילדים, כמו מנהגים וסיפורים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 לדור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מהסבים להורים ומההורים לילדים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תמיד, כמו בחג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מהיכן המשפחה הגיעה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אתיופי של חידוש הברית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אני, מאיפה הגעתי ומה חשוב 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העברת דברים משפה לשפה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האדם שצריך לראיין?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סבא, סבתא או מבוגר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לא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שפות מותר להשתמש בהן?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שפה, ואפשר לתרגם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לדבר בשפה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חייבים לספר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חובה לשתף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מותר לבחור מה לשתף ומה להשאיר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לשתף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לשתף רק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אחרי שגומרים לראיין?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שוכחים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חושבים מה הפתיע ומה לשתף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מתרגמים לשפה 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משפחה יכולה לספר סיפור שונה, וזה בסדר.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לראיין דווקא את הסבא או הסבתא ולא אף אחד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לראיין בשפה שאינה 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בדף עוסקות גם בזיכרון ובמה שרוצים להעביר הלאה.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משפחה ו__________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מותר לבחור מה לשתף ומה להשאיר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לראיין בכל שפה ו__________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הראיון שואלים מה __________ אותי.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בראיון: מאיפה הגיעה ה__________ שלנו?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שאלות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מנהגים וחגים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איזה חפץ או מתכון עובר במשפחה?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וזהות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איזה חג היה חשוב בבית שגדלת בו?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מקור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 מה חלמת כשהיית בגילי?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קשיים ותמיכה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היה קשה בדרך?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חלומות וזיכרונות אישיים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איזו מילה בשפה אחרת חשובה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מורשת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פרט אחד לשתף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הפתיע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את השאלות ולהקריא אותן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לתשובות ואולי לתרגם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מי מראיינים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סכמו בכמה משפטים את מה שלמדתם מהראיון עם בן או בת המשפחה שראיינתם, וכתבו פרט אחד שהייתם רוצים לשתף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משאלות הראיון וכתבו למה היא חשובה לדעתכם.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מבוגר אחד שראיינתי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 אחד שעובר במשפחתי מדור לדור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 אחד שהפתיע אותי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