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להכין שאלות לראיון עם בן או בת משפחה מבוגרים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למורשת ולזהות משפחתית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וסיכום של 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סבא, סבתא או מבוגר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בכל שפה, ואפשר לתרגם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מותר לבחור מה לשתף ומה להשאיר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חושבים מה הפתיע ומה לשתף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מדגיש שלכל משפחה הסיפור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לראיין גם הורה או מבוגר קרוב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מותר לראיין בכל שפה ולתרגם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אחת השאלות היא מה רוצים שיזכרו ויעבירו הלאה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לתרגם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הפתיע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שאלות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(מקור ומסע)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(מורשת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(מנהגים וחגים)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(חלומות וזיכרונות אישיים)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(קשיים ותמיכה)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(שפה וזהות)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הפעולות בראיון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את מי מראיינים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את השאלות ולהקריא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לתשובות ואולי לתרגם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לחשוב מה הפתיע אותי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לבחור פרט אחד לשתף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מתאר/ת פרט אמיתי מהראיון, שם המקום שממנו הגיעה המשפחה או מנהג שעובר בה, ומסביר/ה מדוע הפרט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התלמיד/ה בוחר/ת שאלה ומסביר/ה בקצרה מה אפשר ללמוד ממנה על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ואמיתית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שיהיה קשר למושג מורשת או 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לתחושת הפתעה או גילוי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להביא את הראיון כתוב מהבית ולעבוד איתו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שיתוף רק מרצון, בלי ללחוץ על תלמידים שלא נוח 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לחבר את הפעילות לחג הסיגד ולשיחה על שורשים וזהות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הסיגד – הסיפור של אלמז 🌾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מכינים ראיון עם סבא, סבתא או מבוגר קרוב, כדי ללמוד על המסע של המשפחה ועל מנהגים שעוברים מדור לדור.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את מי מציעים לראיין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סבא, סבתא או מבוגר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 לא מוכר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שפה אפשר לקיים את הראיון?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 שפה, ואפשר לתרגם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אסור לדבר בשפה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אומר הדף על מה שמותר לשתף?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חובה לשתף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מותר לבחור מה לשתף ומה להשאיר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לשתף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לשתף רק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אחרי הראיון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שוכחים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חושבים מה הפתיע ומה לשתף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מתרגמים לשפה זרה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משפחה יכולה לספר סיפור שונה, וזה בסדר.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לראיין דווקא את הסבא או הסבתא ולא אף אחד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לראיין בשפה שאינה 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השאלות בדף עוסקות גם בזיכרון ובמה שרוצים להעביר הלאה.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כל משפחה ו__________ שלה.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מותר לבחור מה לשתף ומה להשאיר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אפשר לראיין בכל שפה ו__________ יחד.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הראיון שואלים מה __________ אותי.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בראיון: מאיפה הגיעה ה__________ שלנו?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שאלות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מאיפה הגיעה המשפחה שלנו?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קשיים ותמיכה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איזה חפץ או מתכון עובר במשפחה?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מנהגים וחגים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איזה חג היה חשוב בבית שגדלת בו?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חלומות וזיכרונות אישיים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על מה חלמת כשהיית בגילי?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מורשת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היה קשה בדרך?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שפה וזהות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איזו מילה בשפה אחרת חשובה לך?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מקור ומסע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הפעולות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פרט אחד לשתף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להקשיב לתשובות ואולי לתרגם 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מה הפתיע אותי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את השאלות ולהקריא אותן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את מי מראיינים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סכמו בכמה משפטים את מה שלמדתם מהראיון עם בן או בת המשפחה שראיינתם, וכתבו פרט אחד שהייתם רוצים לשתף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אחת משאלות הראיון וכתבו למה היא חשובה לדעתכם.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מבוגר אחד שראיינתי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מנהג אחד שעובר במשפחתי מדור לדור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פרט אחד שהפתיע אותי בראיון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